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EFE8F0" w14:textId="112123FC" w:rsidR="006D0D62" w:rsidRPr="000A592E" w:rsidRDefault="008F4355" w:rsidP="000A592E">
      <w:pPr>
        <w:pStyle w:val="Heading1"/>
        <w:rPr>
          <w:rFonts w:ascii="Helvetica" w:hAnsi="Helvetica"/>
          <w:sz w:val="40"/>
          <w:szCs w:val="44"/>
        </w:rPr>
      </w:pPr>
      <w:proofErr w:type="spellStart"/>
      <w:proofErr w:type="gramStart"/>
      <w:r w:rsidRPr="000A592E">
        <w:rPr>
          <w:rFonts w:ascii="Helvetica" w:hAnsi="Helvetica"/>
          <w:sz w:val="40"/>
          <w:szCs w:val="44"/>
        </w:rPr>
        <w:t>Access:Given</w:t>
      </w:r>
      <w:proofErr w:type="spellEnd"/>
      <w:proofErr w:type="gramEnd"/>
      <w:r w:rsidRPr="000A592E">
        <w:rPr>
          <w:rFonts w:ascii="Helvetica" w:hAnsi="Helvetica"/>
          <w:sz w:val="40"/>
          <w:szCs w:val="44"/>
        </w:rPr>
        <w:t xml:space="preserve"> 2027 Speaker Application Form</w:t>
      </w:r>
    </w:p>
    <w:p w14:paraId="52C7FD3A" w14:textId="2EA35133" w:rsidR="006D0D62" w:rsidRPr="000A592E" w:rsidRDefault="008F4355" w:rsidP="00F85493">
      <w:pPr>
        <w:spacing w:before="120"/>
        <w:rPr>
          <w:rFonts w:ascii="Helvetica" w:hAnsi="Helvetica"/>
          <w:sz w:val="32"/>
          <w:szCs w:val="32"/>
        </w:rPr>
      </w:pPr>
      <w:r w:rsidRPr="000A592E">
        <w:rPr>
          <w:rFonts w:ascii="Helvetica" w:hAnsi="Helvetica"/>
          <w:sz w:val="32"/>
          <w:szCs w:val="32"/>
        </w:rPr>
        <w:t>Wednesday 28 April 2027</w:t>
      </w:r>
      <w:r w:rsidR="00550386" w:rsidRPr="000A592E">
        <w:rPr>
          <w:rFonts w:ascii="Helvetica" w:hAnsi="Helvetica"/>
          <w:sz w:val="32"/>
          <w:szCs w:val="32"/>
        </w:rPr>
        <w:t>,</w:t>
      </w:r>
      <w:r w:rsidRPr="000A592E">
        <w:rPr>
          <w:rFonts w:ascii="Helvetica" w:hAnsi="Helvetica"/>
          <w:sz w:val="32"/>
          <w:szCs w:val="32"/>
        </w:rPr>
        <w:t xml:space="preserve"> Newcastle upon Tyne</w:t>
      </w:r>
    </w:p>
    <w:p w14:paraId="5D4A8331" w14:textId="77777777" w:rsidR="006D0D62" w:rsidRPr="000A592E" w:rsidRDefault="008F4355" w:rsidP="00F85493">
      <w:pPr>
        <w:spacing w:before="120"/>
        <w:rPr>
          <w:rFonts w:ascii="Helvetica" w:hAnsi="Helvetica"/>
          <w:sz w:val="32"/>
          <w:szCs w:val="32"/>
        </w:rPr>
      </w:pPr>
      <w:r w:rsidRPr="000A592E">
        <w:rPr>
          <w:rFonts w:ascii="Helvetica" w:hAnsi="Helvetica"/>
          <w:sz w:val="32"/>
          <w:szCs w:val="32"/>
        </w:rPr>
        <w:t>Speakers are paid: £300 for a standard talk (30–40 minutes including questions), £50 for a lightning talk (10–15 minutes), or £75 for a panel appearance.</w:t>
      </w:r>
    </w:p>
    <w:p w14:paraId="0E97E8F0" w14:textId="6A299272" w:rsidR="006D0D62" w:rsidRPr="000A592E" w:rsidRDefault="008F4355" w:rsidP="00F85493">
      <w:pPr>
        <w:spacing w:before="120"/>
        <w:rPr>
          <w:rFonts w:ascii="Helvetica" w:hAnsi="Helvetica"/>
          <w:sz w:val="32"/>
          <w:szCs w:val="32"/>
        </w:rPr>
      </w:pPr>
      <w:r w:rsidRPr="000A592E">
        <w:rPr>
          <w:rFonts w:ascii="Helvetica" w:hAnsi="Helvetica"/>
          <w:sz w:val="32"/>
          <w:szCs w:val="32"/>
        </w:rPr>
        <w:t xml:space="preserve">Speakers travelling from more than </w:t>
      </w:r>
      <w:r w:rsidR="00FC6FFF">
        <w:rPr>
          <w:rFonts w:ascii="Helvetica" w:hAnsi="Helvetica"/>
          <w:sz w:val="32"/>
          <w:szCs w:val="32"/>
        </w:rPr>
        <w:t>50</w:t>
      </w:r>
      <w:r w:rsidRPr="000A592E">
        <w:rPr>
          <w:rFonts w:ascii="Helvetica" w:hAnsi="Helvetica"/>
          <w:sz w:val="32"/>
          <w:szCs w:val="32"/>
        </w:rPr>
        <w:t xml:space="preserve"> miles outside Newcastle upon Tyne will receive one night of hotel accommodation. We do not pay travel costs.</w:t>
      </w:r>
    </w:p>
    <w:p w14:paraId="74CFF582" w14:textId="77777777" w:rsidR="006D0D62" w:rsidRPr="000A592E" w:rsidRDefault="008F4355" w:rsidP="000A592E">
      <w:pPr>
        <w:pStyle w:val="Heading2"/>
        <w:rPr>
          <w:rFonts w:ascii="Helvetica" w:hAnsi="Helvetica"/>
          <w:sz w:val="40"/>
          <w:szCs w:val="48"/>
        </w:rPr>
      </w:pPr>
      <w:r w:rsidRPr="000A592E">
        <w:rPr>
          <w:rFonts w:ascii="Helvetica" w:hAnsi="Helvetica"/>
          <w:sz w:val="40"/>
          <w:szCs w:val="48"/>
        </w:rPr>
        <w:t>What we’re looking for</w:t>
      </w:r>
    </w:p>
    <w:p w14:paraId="690A7083" w14:textId="77777777" w:rsidR="006D0D62" w:rsidRPr="000A592E" w:rsidRDefault="008F4355" w:rsidP="00F85493">
      <w:pPr>
        <w:spacing w:before="120"/>
        <w:rPr>
          <w:rFonts w:ascii="Helvetica" w:hAnsi="Helvetica"/>
          <w:sz w:val="32"/>
          <w:szCs w:val="32"/>
        </w:rPr>
      </w:pPr>
      <w:r w:rsidRPr="000A592E">
        <w:rPr>
          <w:rFonts w:ascii="Helvetica" w:hAnsi="Helvetica"/>
          <w:sz w:val="32"/>
          <w:szCs w:val="32"/>
        </w:rPr>
        <w:t>A standard talk should be engaging and give attendees tips and takeaways they can use in their day-to-day lives and work.</w:t>
      </w:r>
    </w:p>
    <w:p w14:paraId="508B4E32" w14:textId="77777777" w:rsidR="006D0D62" w:rsidRPr="000A592E" w:rsidRDefault="008F4355" w:rsidP="00F85493">
      <w:pPr>
        <w:spacing w:before="120"/>
        <w:rPr>
          <w:rFonts w:ascii="Helvetica" w:hAnsi="Helvetica"/>
          <w:sz w:val="32"/>
          <w:szCs w:val="32"/>
        </w:rPr>
      </w:pPr>
      <w:r w:rsidRPr="000A592E">
        <w:rPr>
          <w:rFonts w:ascii="Helvetica" w:hAnsi="Helvetica"/>
          <w:sz w:val="32"/>
          <w:szCs w:val="32"/>
        </w:rPr>
        <w:t>Lightning talks are for people who want to present a particular project or skill. They are short and may suit people earlier in their careers.</w:t>
      </w:r>
    </w:p>
    <w:p w14:paraId="0B43B0A1" w14:textId="77777777" w:rsidR="006D0D62" w:rsidRPr="000A592E" w:rsidRDefault="008F4355" w:rsidP="00F85493">
      <w:pPr>
        <w:spacing w:before="120"/>
        <w:rPr>
          <w:rFonts w:ascii="Helvetica" w:hAnsi="Helvetica"/>
          <w:sz w:val="32"/>
          <w:szCs w:val="32"/>
        </w:rPr>
      </w:pPr>
      <w:r w:rsidRPr="000A592E">
        <w:rPr>
          <w:rFonts w:ascii="Helvetica" w:hAnsi="Helvetica"/>
          <w:sz w:val="32"/>
          <w:szCs w:val="32"/>
        </w:rPr>
        <w:t>Panel participants should be experts in their fields. They will join three or four others for a chaired, less structured conversation.</w:t>
      </w:r>
    </w:p>
    <w:p w14:paraId="3EDBC982" w14:textId="77777777" w:rsidR="006D0D62" w:rsidRPr="000A592E" w:rsidRDefault="008F4355" w:rsidP="000A592E">
      <w:pPr>
        <w:pStyle w:val="Heading2"/>
        <w:rPr>
          <w:sz w:val="40"/>
          <w:szCs w:val="48"/>
        </w:rPr>
      </w:pPr>
      <w:r w:rsidRPr="000A592E">
        <w:rPr>
          <w:sz w:val="40"/>
          <w:szCs w:val="48"/>
        </w:rPr>
        <w:t xml:space="preserve">About </w:t>
      </w:r>
      <w:proofErr w:type="gramStart"/>
      <w:r w:rsidRPr="000A592E">
        <w:rPr>
          <w:sz w:val="40"/>
          <w:szCs w:val="48"/>
        </w:rPr>
        <w:t>Access:Given</w:t>
      </w:r>
      <w:proofErr w:type="gramEnd"/>
    </w:p>
    <w:p w14:paraId="10CE62D6" w14:textId="77777777" w:rsidR="006D0D62" w:rsidRPr="000A592E" w:rsidRDefault="008F4355" w:rsidP="00F85493">
      <w:pPr>
        <w:spacing w:before="120"/>
        <w:rPr>
          <w:rFonts w:ascii="Helvetica" w:hAnsi="Helvetica"/>
          <w:sz w:val="32"/>
          <w:szCs w:val="32"/>
        </w:rPr>
      </w:pPr>
      <w:proofErr w:type="gramStart"/>
      <w:r w:rsidRPr="000A592E">
        <w:rPr>
          <w:rFonts w:ascii="Helvetica" w:hAnsi="Helvetica"/>
          <w:sz w:val="32"/>
          <w:szCs w:val="32"/>
        </w:rPr>
        <w:t>Access:Given</w:t>
      </w:r>
      <w:proofErr w:type="gramEnd"/>
      <w:r w:rsidRPr="000A592E">
        <w:rPr>
          <w:rFonts w:ascii="Helvetica" w:hAnsi="Helvetica"/>
          <w:sz w:val="32"/>
          <w:szCs w:val="32"/>
        </w:rPr>
        <w:t xml:space="preserve"> is a one-day digital accessibility and inclusivity conference in Newcastle upon Tyne. Our attendees and sponsors come from a wide range of industries, including the public sector, marketing, communications, technology and education.</w:t>
      </w:r>
    </w:p>
    <w:p w14:paraId="58B260B7" w14:textId="77777777" w:rsidR="006D0D62" w:rsidRPr="000A592E" w:rsidRDefault="008F4355" w:rsidP="00F85493">
      <w:pPr>
        <w:spacing w:before="120"/>
        <w:rPr>
          <w:rFonts w:ascii="Helvetica" w:hAnsi="Helvetica"/>
          <w:sz w:val="32"/>
          <w:szCs w:val="32"/>
        </w:rPr>
      </w:pPr>
      <w:r w:rsidRPr="000A592E">
        <w:rPr>
          <w:rFonts w:ascii="Helvetica" w:hAnsi="Helvetica"/>
          <w:b/>
          <w:sz w:val="32"/>
          <w:szCs w:val="32"/>
        </w:rPr>
        <w:t>Applications close at 5pm on 11 November 2026.</w:t>
      </w:r>
    </w:p>
    <w:p w14:paraId="4E35366E" w14:textId="77777777" w:rsidR="006D0D62" w:rsidRPr="000A592E" w:rsidRDefault="008F4355" w:rsidP="00F85493">
      <w:pPr>
        <w:spacing w:before="120"/>
        <w:rPr>
          <w:rFonts w:ascii="Helvetica" w:hAnsi="Helvetica"/>
          <w:sz w:val="32"/>
          <w:szCs w:val="32"/>
        </w:rPr>
      </w:pPr>
      <w:r w:rsidRPr="000A592E">
        <w:rPr>
          <w:rFonts w:ascii="Helvetica" w:hAnsi="Helvetica"/>
          <w:sz w:val="32"/>
          <w:szCs w:val="32"/>
        </w:rPr>
        <w:t xml:space="preserve">* Required question. You can type directly into this Word document. Tick boxes by replacing </w:t>
      </w:r>
      <w:r w:rsidRPr="000A592E">
        <w:rPr>
          <w:rFonts w:ascii="Segoe UI Symbol" w:hAnsi="Segoe UI Symbol" w:cs="Segoe UI Symbol"/>
          <w:sz w:val="32"/>
          <w:szCs w:val="32"/>
        </w:rPr>
        <w:t>☐</w:t>
      </w:r>
      <w:r w:rsidRPr="000A592E">
        <w:rPr>
          <w:rFonts w:ascii="Helvetica" w:hAnsi="Helvetica"/>
          <w:sz w:val="32"/>
          <w:szCs w:val="32"/>
        </w:rPr>
        <w:t xml:space="preserve"> with </w:t>
      </w:r>
      <w:proofErr w:type="gramStart"/>
      <w:r w:rsidRPr="000A592E">
        <w:rPr>
          <w:rFonts w:ascii="Segoe UI Symbol" w:hAnsi="Segoe UI Symbol" w:cs="Segoe UI Symbol"/>
          <w:sz w:val="32"/>
          <w:szCs w:val="32"/>
        </w:rPr>
        <w:t>☒</w:t>
      </w:r>
      <w:r w:rsidRPr="000A592E">
        <w:rPr>
          <w:rFonts w:ascii="Helvetica" w:hAnsi="Helvetica"/>
          <w:sz w:val="32"/>
          <w:szCs w:val="32"/>
        </w:rPr>
        <w:t>, or</w:t>
      </w:r>
      <w:proofErr w:type="gramEnd"/>
      <w:r w:rsidRPr="000A592E">
        <w:rPr>
          <w:rFonts w:ascii="Helvetica" w:hAnsi="Helvetica"/>
          <w:sz w:val="32"/>
          <w:szCs w:val="32"/>
        </w:rPr>
        <w:t xml:space="preserve"> delete the options that do not apply.</w:t>
      </w:r>
    </w:p>
    <w:p w14:paraId="6A75EDA7" w14:textId="77777777" w:rsidR="006D0D62" w:rsidRPr="000A592E" w:rsidRDefault="008F4355" w:rsidP="00F85493">
      <w:pPr>
        <w:pStyle w:val="Heading2"/>
        <w:spacing w:before="120"/>
        <w:rPr>
          <w:rFonts w:ascii="Helvetica" w:hAnsi="Helvetica"/>
          <w:sz w:val="32"/>
          <w:szCs w:val="32"/>
        </w:rPr>
      </w:pPr>
      <w:r w:rsidRPr="000A592E">
        <w:rPr>
          <w:rFonts w:ascii="Helvetica" w:hAnsi="Helvetica"/>
          <w:sz w:val="32"/>
          <w:szCs w:val="32"/>
        </w:rPr>
        <w:t>1. What’s your name?</w:t>
      </w:r>
    </w:p>
    <w:p w14:paraId="492B1BC0" w14:textId="4AA0B01F" w:rsidR="006D0D62" w:rsidRPr="000A592E" w:rsidRDefault="006D0D62" w:rsidP="00F85493">
      <w:pPr>
        <w:pBdr>
          <w:bottom w:val="single" w:sz="4" w:space="0" w:color="B8B8B8"/>
        </w:pBdr>
        <w:spacing w:before="120" w:after="220" w:line="288" w:lineRule="auto"/>
        <w:rPr>
          <w:rFonts w:ascii="Helvetica" w:hAnsi="Helvetica"/>
          <w:sz w:val="32"/>
          <w:szCs w:val="32"/>
        </w:rPr>
      </w:pPr>
    </w:p>
    <w:p w14:paraId="15D466CD" w14:textId="77777777" w:rsidR="006D0D62" w:rsidRPr="000A592E" w:rsidRDefault="008F4355" w:rsidP="00F85493">
      <w:pPr>
        <w:pStyle w:val="Heading2"/>
        <w:spacing w:before="120"/>
        <w:rPr>
          <w:rFonts w:ascii="Helvetica" w:hAnsi="Helvetica"/>
          <w:sz w:val="32"/>
          <w:szCs w:val="32"/>
        </w:rPr>
      </w:pPr>
      <w:r w:rsidRPr="000A592E">
        <w:rPr>
          <w:rFonts w:ascii="Helvetica" w:hAnsi="Helvetica"/>
          <w:sz w:val="32"/>
          <w:szCs w:val="32"/>
        </w:rPr>
        <w:lastRenderedPageBreak/>
        <w:t>2. What’s your email address? *</w:t>
      </w:r>
    </w:p>
    <w:p w14:paraId="107875FB" w14:textId="77777777" w:rsidR="006D0D62" w:rsidRPr="000A592E" w:rsidRDefault="008F4355" w:rsidP="00F85493">
      <w:pPr>
        <w:pBdr>
          <w:bottom w:val="single" w:sz="4" w:space="0" w:color="B8B8B8"/>
        </w:pBdr>
        <w:spacing w:before="120" w:after="220" w:line="288" w:lineRule="auto"/>
        <w:rPr>
          <w:rFonts w:ascii="Helvetica" w:hAnsi="Helvetica"/>
          <w:sz w:val="32"/>
          <w:szCs w:val="32"/>
        </w:rPr>
      </w:pPr>
      <w:r w:rsidRPr="000A592E">
        <w:rPr>
          <w:rFonts w:ascii="Helvetica" w:hAnsi="Helvetica"/>
          <w:sz w:val="32"/>
          <w:szCs w:val="32"/>
        </w:rPr>
        <w:t xml:space="preserve"> </w:t>
      </w:r>
    </w:p>
    <w:p w14:paraId="7852D7CD" w14:textId="3F6E4028" w:rsidR="006D0D62" w:rsidRPr="000A592E" w:rsidRDefault="008F4355" w:rsidP="00F85493">
      <w:pPr>
        <w:pStyle w:val="Heading2"/>
        <w:spacing w:before="120"/>
        <w:rPr>
          <w:rFonts w:ascii="Helvetica" w:hAnsi="Helvetica"/>
          <w:sz w:val="32"/>
          <w:szCs w:val="32"/>
        </w:rPr>
      </w:pPr>
      <w:r w:rsidRPr="000A592E">
        <w:rPr>
          <w:rFonts w:ascii="Helvetica" w:hAnsi="Helvetica"/>
          <w:sz w:val="32"/>
          <w:szCs w:val="32"/>
        </w:rPr>
        <w:t xml:space="preserve">3. What’s your job title and where do you </w:t>
      </w:r>
      <w:proofErr w:type="gramStart"/>
      <w:r w:rsidRPr="000A592E">
        <w:rPr>
          <w:rFonts w:ascii="Helvetica" w:hAnsi="Helvetica"/>
          <w:sz w:val="32"/>
          <w:szCs w:val="32"/>
        </w:rPr>
        <w:t>work?</w:t>
      </w:r>
      <w:r w:rsidR="00F85493" w:rsidRPr="000A592E">
        <w:rPr>
          <w:rFonts w:ascii="Helvetica" w:hAnsi="Helvetica"/>
          <w:sz w:val="32"/>
          <w:szCs w:val="32"/>
        </w:rPr>
        <w:t>*</w:t>
      </w:r>
      <w:proofErr w:type="gramEnd"/>
    </w:p>
    <w:p w14:paraId="1D2DC777" w14:textId="77777777" w:rsidR="006D0D62" w:rsidRPr="000A592E" w:rsidRDefault="008F4355" w:rsidP="00F85493">
      <w:pPr>
        <w:keepNext/>
        <w:pBdr>
          <w:bottom w:val="single" w:sz="4" w:space="0" w:color="B8B8B8"/>
        </w:pBdr>
        <w:spacing w:before="120" w:after="220" w:line="288" w:lineRule="auto"/>
        <w:rPr>
          <w:rFonts w:ascii="Helvetica" w:hAnsi="Helvetica"/>
          <w:sz w:val="32"/>
          <w:szCs w:val="32"/>
        </w:rPr>
      </w:pPr>
      <w:r w:rsidRPr="000A592E">
        <w:rPr>
          <w:rFonts w:ascii="Helvetica" w:hAnsi="Helvetica"/>
          <w:sz w:val="32"/>
          <w:szCs w:val="32"/>
        </w:rPr>
        <w:t xml:space="preserve"> </w:t>
      </w:r>
    </w:p>
    <w:p w14:paraId="0049DA9B" w14:textId="77777777" w:rsidR="006D0D62" w:rsidRPr="000A592E" w:rsidRDefault="008F4355" w:rsidP="00F85493">
      <w:pPr>
        <w:pBdr>
          <w:bottom w:val="single" w:sz="4" w:space="0" w:color="B8B8B8"/>
        </w:pBdr>
        <w:spacing w:before="120" w:after="220" w:line="288" w:lineRule="auto"/>
        <w:rPr>
          <w:rFonts w:ascii="Helvetica" w:hAnsi="Helvetica"/>
          <w:sz w:val="32"/>
          <w:szCs w:val="32"/>
        </w:rPr>
      </w:pPr>
      <w:r w:rsidRPr="000A592E">
        <w:rPr>
          <w:rFonts w:ascii="Helvetica" w:hAnsi="Helvetica"/>
          <w:sz w:val="32"/>
          <w:szCs w:val="32"/>
        </w:rPr>
        <w:t xml:space="preserve"> </w:t>
      </w:r>
    </w:p>
    <w:p w14:paraId="2C540C87" w14:textId="77777777" w:rsidR="006D0D62" w:rsidRPr="000A592E" w:rsidRDefault="008F4355" w:rsidP="00F85493">
      <w:pPr>
        <w:pStyle w:val="Heading2"/>
        <w:spacing w:before="120"/>
        <w:rPr>
          <w:rFonts w:ascii="Helvetica" w:hAnsi="Helvetica"/>
          <w:sz w:val="32"/>
          <w:szCs w:val="32"/>
        </w:rPr>
      </w:pPr>
      <w:r w:rsidRPr="000A592E">
        <w:rPr>
          <w:rFonts w:ascii="Helvetica" w:hAnsi="Helvetica"/>
          <w:sz w:val="32"/>
          <w:szCs w:val="32"/>
        </w:rPr>
        <w:t>4. What type of talk or speaking slot would you like? Tick all you would like to be considered for. *</w:t>
      </w:r>
    </w:p>
    <w:p w14:paraId="2F7174EE" w14:textId="77777777" w:rsidR="006D0D62" w:rsidRPr="000A592E" w:rsidRDefault="008F4355" w:rsidP="00F85493">
      <w:pPr>
        <w:spacing w:before="120" w:after="100"/>
        <w:ind w:left="317"/>
        <w:rPr>
          <w:rFonts w:ascii="Helvetica" w:hAnsi="Helvetica"/>
          <w:sz w:val="32"/>
          <w:szCs w:val="32"/>
        </w:rPr>
      </w:pPr>
      <w:proofErr w:type="gramStart"/>
      <w:r w:rsidRPr="000A592E">
        <w:rPr>
          <w:rFonts w:ascii="Segoe UI Symbol" w:hAnsi="Segoe UI Symbol" w:cs="Segoe UI Symbol"/>
          <w:sz w:val="32"/>
          <w:szCs w:val="32"/>
        </w:rPr>
        <w:t>☐</w:t>
      </w:r>
      <w:r w:rsidRPr="000A592E">
        <w:rPr>
          <w:rFonts w:ascii="Helvetica" w:hAnsi="Helvetica"/>
          <w:sz w:val="32"/>
          <w:szCs w:val="32"/>
        </w:rPr>
        <w:t xml:space="preserve">  Talk</w:t>
      </w:r>
      <w:proofErr w:type="gramEnd"/>
      <w:r w:rsidRPr="000A592E">
        <w:rPr>
          <w:rFonts w:ascii="Helvetica" w:hAnsi="Helvetica"/>
          <w:sz w:val="32"/>
          <w:szCs w:val="32"/>
        </w:rPr>
        <w:t xml:space="preserve"> (30–40 minutes)</w:t>
      </w:r>
    </w:p>
    <w:p w14:paraId="2E9FA72D" w14:textId="77777777" w:rsidR="006D0D62" w:rsidRPr="000A592E" w:rsidRDefault="008F4355" w:rsidP="00F85493">
      <w:pPr>
        <w:spacing w:before="120" w:after="100"/>
        <w:ind w:left="317"/>
        <w:rPr>
          <w:rFonts w:ascii="Helvetica" w:hAnsi="Helvetica"/>
          <w:sz w:val="32"/>
          <w:szCs w:val="32"/>
        </w:rPr>
      </w:pPr>
      <w:proofErr w:type="gramStart"/>
      <w:r w:rsidRPr="000A592E">
        <w:rPr>
          <w:rFonts w:ascii="Segoe UI Symbol" w:hAnsi="Segoe UI Symbol" w:cs="Segoe UI Symbol"/>
          <w:sz w:val="32"/>
          <w:szCs w:val="32"/>
        </w:rPr>
        <w:t>☐</w:t>
      </w:r>
      <w:r w:rsidRPr="000A592E">
        <w:rPr>
          <w:rFonts w:ascii="Helvetica" w:hAnsi="Helvetica"/>
          <w:sz w:val="32"/>
          <w:szCs w:val="32"/>
        </w:rPr>
        <w:t xml:space="preserve">  Lightning</w:t>
      </w:r>
      <w:proofErr w:type="gramEnd"/>
      <w:r w:rsidRPr="000A592E">
        <w:rPr>
          <w:rFonts w:ascii="Helvetica" w:hAnsi="Helvetica"/>
          <w:sz w:val="32"/>
          <w:szCs w:val="32"/>
        </w:rPr>
        <w:t xml:space="preserve"> talk (10–15 minutes)</w:t>
      </w:r>
    </w:p>
    <w:p w14:paraId="3DDD4596" w14:textId="77777777" w:rsidR="006D0D62" w:rsidRPr="000A592E" w:rsidRDefault="008F4355" w:rsidP="00F85493">
      <w:pPr>
        <w:spacing w:before="120" w:after="100"/>
        <w:ind w:left="317"/>
        <w:rPr>
          <w:rFonts w:ascii="Helvetica" w:hAnsi="Helvetica"/>
          <w:sz w:val="32"/>
          <w:szCs w:val="32"/>
        </w:rPr>
      </w:pPr>
      <w:proofErr w:type="gramStart"/>
      <w:r w:rsidRPr="000A592E">
        <w:rPr>
          <w:rFonts w:ascii="Segoe UI Symbol" w:hAnsi="Segoe UI Symbol" w:cs="Segoe UI Symbol"/>
          <w:sz w:val="32"/>
          <w:szCs w:val="32"/>
        </w:rPr>
        <w:t>☐</w:t>
      </w:r>
      <w:r w:rsidRPr="000A592E">
        <w:rPr>
          <w:rFonts w:ascii="Helvetica" w:hAnsi="Helvetica"/>
          <w:sz w:val="32"/>
          <w:szCs w:val="32"/>
        </w:rPr>
        <w:t xml:space="preserve">  Panellist</w:t>
      </w:r>
      <w:proofErr w:type="gramEnd"/>
      <w:r w:rsidRPr="000A592E">
        <w:rPr>
          <w:rFonts w:ascii="Helvetica" w:hAnsi="Helvetica"/>
          <w:sz w:val="32"/>
          <w:szCs w:val="32"/>
        </w:rPr>
        <w:t xml:space="preserve"> (topics to be confirmed)</w:t>
      </w:r>
    </w:p>
    <w:p w14:paraId="72171219" w14:textId="759557B6" w:rsidR="006D0D62" w:rsidRPr="000A592E" w:rsidRDefault="008F4355" w:rsidP="00F85493">
      <w:pPr>
        <w:pStyle w:val="Heading2"/>
        <w:spacing w:before="120"/>
        <w:rPr>
          <w:rFonts w:ascii="Helvetica" w:hAnsi="Helvetica"/>
          <w:sz w:val="32"/>
          <w:szCs w:val="32"/>
        </w:rPr>
      </w:pPr>
      <w:r w:rsidRPr="000A592E">
        <w:rPr>
          <w:rFonts w:ascii="Helvetica" w:hAnsi="Helvetica"/>
          <w:sz w:val="32"/>
          <w:szCs w:val="32"/>
        </w:rPr>
        <w:t xml:space="preserve">5. What is your talk about? Provide a brief </w:t>
      </w:r>
      <w:proofErr w:type="gramStart"/>
      <w:r w:rsidRPr="000A592E">
        <w:rPr>
          <w:rFonts w:ascii="Helvetica" w:hAnsi="Helvetica"/>
          <w:sz w:val="32"/>
          <w:szCs w:val="32"/>
        </w:rPr>
        <w:t>synopsis.</w:t>
      </w:r>
      <w:r w:rsidR="00F85493" w:rsidRPr="000A592E">
        <w:rPr>
          <w:rFonts w:ascii="Helvetica" w:hAnsi="Helvetica"/>
          <w:sz w:val="32"/>
          <w:szCs w:val="32"/>
        </w:rPr>
        <w:t>*</w:t>
      </w:r>
      <w:proofErr w:type="gramEnd"/>
    </w:p>
    <w:p w14:paraId="7A1E4490" w14:textId="4F0E6068" w:rsidR="006D0D62" w:rsidRPr="000A592E" w:rsidRDefault="008F4355" w:rsidP="00F85493">
      <w:pPr>
        <w:keepNext/>
        <w:pBdr>
          <w:bottom w:val="single" w:sz="4" w:space="0" w:color="B8B8B8"/>
        </w:pBdr>
        <w:spacing w:before="120" w:after="220" w:line="288" w:lineRule="auto"/>
        <w:rPr>
          <w:rFonts w:ascii="Helvetica" w:hAnsi="Helvetica"/>
          <w:sz w:val="32"/>
          <w:szCs w:val="32"/>
        </w:rPr>
      </w:pPr>
      <w:r w:rsidRPr="000A592E">
        <w:rPr>
          <w:rFonts w:ascii="Helvetica" w:hAnsi="Helvetica"/>
          <w:sz w:val="32"/>
          <w:szCs w:val="32"/>
        </w:rPr>
        <w:t xml:space="preserve"> </w:t>
      </w:r>
    </w:p>
    <w:p w14:paraId="76392F56" w14:textId="77777777" w:rsidR="006D0D62" w:rsidRPr="000A592E" w:rsidRDefault="008F4355" w:rsidP="00F85493">
      <w:pPr>
        <w:pBdr>
          <w:bottom w:val="single" w:sz="4" w:space="0" w:color="B8B8B8"/>
        </w:pBdr>
        <w:spacing w:before="120" w:after="220" w:line="288" w:lineRule="auto"/>
        <w:rPr>
          <w:rFonts w:ascii="Helvetica" w:hAnsi="Helvetica"/>
          <w:sz w:val="32"/>
          <w:szCs w:val="32"/>
        </w:rPr>
      </w:pPr>
      <w:r w:rsidRPr="000A592E">
        <w:rPr>
          <w:rFonts w:ascii="Helvetica" w:hAnsi="Helvetica"/>
          <w:sz w:val="32"/>
          <w:szCs w:val="32"/>
        </w:rPr>
        <w:t xml:space="preserve"> </w:t>
      </w:r>
    </w:p>
    <w:p w14:paraId="0AD9ED28" w14:textId="7D52CA77" w:rsidR="006D0D62" w:rsidRPr="000A592E" w:rsidRDefault="008F4355" w:rsidP="00F85493">
      <w:pPr>
        <w:pStyle w:val="Heading2"/>
        <w:spacing w:before="120"/>
        <w:rPr>
          <w:rFonts w:ascii="Helvetica" w:hAnsi="Helvetica"/>
          <w:sz w:val="32"/>
          <w:szCs w:val="32"/>
        </w:rPr>
      </w:pPr>
      <w:r w:rsidRPr="000A592E">
        <w:rPr>
          <w:rFonts w:ascii="Helvetica" w:hAnsi="Helvetica"/>
          <w:sz w:val="32"/>
          <w:szCs w:val="32"/>
        </w:rPr>
        <w:t xml:space="preserve">6. Why is this talk a good fit for </w:t>
      </w:r>
      <w:proofErr w:type="spellStart"/>
      <w:proofErr w:type="gramStart"/>
      <w:r w:rsidRPr="000A592E">
        <w:rPr>
          <w:rFonts w:ascii="Helvetica" w:hAnsi="Helvetica"/>
          <w:sz w:val="32"/>
          <w:szCs w:val="32"/>
        </w:rPr>
        <w:t>Access:Given</w:t>
      </w:r>
      <w:proofErr w:type="spellEnd"/>
      <w:proofErr w:type="gramEnd"/>
      <w:r w:rsidRPr="000A592E">
        <w:rPr>
          <w:rFonts w:ascii="Helvetica" w:hAnsi="Helvetica"/>
          <w:sz w:val="32"/>
          <w:szCs w:val="32"/>
        </w:rPr>
        <w:t>?</w:t>
      </w:r>
      <w:r w:rsidR="00F85493" w:rsidRPr="000A592E">
        <w:rPr>
          <w:rFonts w:ascii="Helvetica" w:hAnsi="Helvetica"/>
          <w:sz w:val="32"/>
          <w:szCs w:val="32"/>
        </w:rPr>
        <w:t>*</w:t>
      </w:r>
    </w:p>
    <w:p w14:paraId="74DECBCF" w14:textId="77777777" w:rsidR="006D0D62" w:rsidRPr="000A592E" w:rsidRDefault="008F4355" w:rsidP="00F85493">
      <w:pPr>
        <w:keepNext/>
        <w:pBdr>
          <w:bottom w:val="single" w:sz="4" w:space="0" w:color="B8B8B8"/>
        </w:pBdr>
        <w:spacing w:before="120" w:after="220" w:line="288" w:lineRule="auto"/>
        <w:rPr>
          <w:rFonts w:ascii="Helvetica" w:hAnsi="Helvetica"/>
          <w:sz w:val="32"/>
          <w:szCs w:val="32"/>
        </w:rPr>
      </w:pPr>
      <w:r w:rsidRPr="000A592E">
        <w:rPr>
          <w:rFonts w:ascii="Helvetica" w:hAnsi="Helvetica"/>
          <w:sz w:val="32"/>
          <w:szCs w:val="32"/>
        </w:rPr>
        <w:t xml:space="preserve"> </w:t>
      </w:r>
    </w:p>
    <w:p w14:paraId="223DAC94" w14:textId="77777777" w:rsidR="006D0D62" w:rsidRPr="000A592E" w:rsidRDefault="008F4355" w:rsidP="00F85493">
      <w:pPr>
        <w:pBdr>
          <w:bottom w:val="single" w:sz="4" w:space="0" w:color="B8B8B8"/>
        </w:pBdr>
        <w:spacing w:before="120" w:after="220" w:line="288" w:lineRule="auto"/>
        <w:rPr>
          <w:rFonts w:ascii="Helvetica" w:hAnsi="Helvetica"/>
          <w:sz w:val="32"/>
          <w:szCs w:val="32"/>
        </w:rPr>
      </w:pPr>
      <w:r w:rsidRPr="000A592E">
        <w:rPr>
          <w:rFonts w:ascii="Helvetica" w:hAnsi="Helvetica"/>
          <w:sz w:val="32"/>
          <w:szCs w:val="32"/>
        </w:rPr>
        <w:t xml:space="preserve"> </w:t>
      </w:r>
    </w:p>
    <w:p w14:paraId="33125E4B" w14:textId="6C2E200E" w:rsidR="006D0D62" w:rsidRPr="000A592E" w:rsidRDefault="008F4355" w:rsidP="00F85493">
      <w:pPr>
        <w:pStyle w:val="Heading2"/>
        <w:spacing w:before="120"/>
        <w:rPr>
          <w:rFonts w:ascii="Helvetica" w:hAnsi="Helvetica"/>
          <w:sz w:val="32"/>
          <w:szCs w:val="32"/>
        </w:rPr>
      </w:pPr>
      <w:r w:rsidRPr="000A592E">
        <w:rPr>
          <w:rFonts w:ascii="Helvetica" w:hAnsi="Helvetica"/>
          <w:sz w:val="32"/>
          <w:szCs w:val="32"/>
        </w:rPr>
        <w:t xml:space="preserve">7. Why are you the right person to deliver this </w:t>
      </w:r>
      <w:proofErr w:type="gramStart"/>
      <w:r w:rsidRPr="000A592E">
        <w:rPr>
          <w:rFonts w:ascii="Helvetica" w:hAnsi="Helvetica"/>
          <w:sz w:val="32"/>
          <w:szCs w:val="32"/>
        </w:rPr>
        <w:t>talk?</w:t>
      </w:r>
      <w:r w:rsidR="00F85493" w:rsidRPr="000A592E">
        <w:rPr>
          <w:rFonts w:ascii="Helvetica" w:hAnsi="Helvetica"/>
          <w:sz w:val="32"/>
          <w:szCs w:val="32"/>
        </w:rPr>
        <w:t>*</w:t>
      </w:r>
      <w:proofErr w:type="gramEnd"/>
    </w:p>
    <w:p w14:paraId="4D325306" w14:textId="4757C0E1" w:rsidR="006D0D62" w:rsidRPr="000A592E" w:rsidRDefault="008F4355" w:rsidP="00F85493">
      <w:pPr>
        <w:keepNext/>
        <w:pBdr>
          <w:bottom w:val="single" w:sz="4" w:space="0" w:color="B8B8B8"/>
        </w:pBdr>
        <w:spacing w:before="120" w:after="220" w:line="288" w:lineRule="auto"/>
        <w:rPr>
          <w:rFonts w:ascii="Helvetica" w:hAnsi="Helvetica"/>
          <w:sz w:val="32"/>
          <w:szCs w:val="32"/>
        </w:rPr>
      </w:pPr>
      <w:r w:rsidRPr="000A592E">
        <w:rPr>
          <w:rFonts w:ascii="Helvetica" w:hAnsi="Helvetica"/>
          <w:sz w:val="32"/>
          <w:szCs w:val="32"/>
        </w:rPr>
        <w:t xml:space="preserve">  </w:t>
      </w:r>
    </w:p>
    <w:p w14:paraId="1EA7E0A7" w14:textId="77777777" w:rsidR="006D0D62" w:rsidRPr="000A592E" w:rsidRDefault="008F4355" w:rsidP="00F85493">
      <w:pPr>
        <w:pBdr>
          <w:bottom w:val="single" w:sz="4" w:space="0" w:color="B8B8B8"/>
        </w:pBdr>
        <w:spacing w:before="120" w:after="220" w:line="288" w:lineRule="auto"/>
        <w:rPr>
          <w:rFonts w:ascii="Helvetica" w:hAnsi="Helvetica"/>
          <w:sz w:val="32"/>
          <w:szCs w:val="32"/>
        </w:rPr>
      </w:pPr>
      <w:r w:rsidRPr="000A592E">
        <w:rPr>
          <w:rFonts w:ascii="Helvetica" w:hAnsi="Helvetica"/>
          <w:sz w:val="32"/>
          <w:szCs w:val="32"/>
        </w:rPr>
        <w:t xml:space="preserve"> </w:t>
      </w:r>
    </w:p>
    <w:p w14:paraId="2962277C" w14:textId="77777777" w:rsidR="006D0D62" w:rsidRPr="000A592E" w:rsidRDefault="008F4355" w:rsidP="00F85493">
      <w:pPr>
        <w:pStyle w:val="Heading2"/>
        <w:spacing w:before="120"/>
        <w:rPr>
          <w:rFonts w:ascii="Helvetica" w:hAnsi="Helvetica"/>
          <w:sz w:val="32"/>
          <w:szCs w:val="32"/>
        </w:rPr>
      </w:pPr>
      <w:r w:rsidRPr="000A592E">
        <w:rPr>
          <w:rFonts w:ascii="Helvetica" w:hAnsi="Helvetica"/>
          <w:sz w:val="32"/>
          <w:szCs w:val="32"/>
        </w:rPr>
        <w:lastRenderedPageBreak/>
        <w:t>8. Do you have any access needs?</w:t>
      </w:r>
    </w:p>
    <w:p w14:paraId="35917818" w14:textId="77777777" w:rsidR="006D0D62" w:rsidRPr="000A592E" w:rsidRDefault="008F4355" w:rsidP="00F85493">
      <w:pPr>
        <w:keepNext/>
        <w:pBdr>
          <w:bottom w:val="single" w:sz="4" w:space="0" w:color="B8B8B8"/>
        </w:pBdr>
        <w:spacing w:before="120" w:after="220" w:line="288" w:lineRule="auto"/>
        <w:rPr>
          <w:rFonts w:ascii="Helvetica" w:hAnsi="Helvetica"/>
          <w:sz w:val="32"/>
          <w:szCs w:val="32"/>
        </w:rPr>
      </w:pPr>
      <w:r w:rsidRPr="000A592E">
        <w:rPr>
          <w:rFonts w:ascii="Helvetica" w:hAnsi="Helvetica"/>
          <w:sz w:val="32"/>
          <w:szCs w:val="32"/>
        </w:rPr>
        <w:t xml:space="preserve"> </w:t>
      </w:r>
    </w:p>
    <w:p w14:paraId="5D136A6A" w14:textId="4E79D4A1" w:rsidR="006D0D62" w:rsidRPr="000A592E" w:rsidRDefault="008F4355" w:rsidP="00F85493">
      <w:pPr>
        <w:keepNext/>
        <w:pBdr>
          <w:bottom w:val="single" w:sz="4" w:space="0" w:color="B8B8B8"/>
        </w:pBdr>
        <w:spacing w:before="120" w:after="220" w:line="288" w:lineRule="auto"/>
        <w:rPr>
          <w:rFonts w:ascii="Helvetica" w:hAnsi="Helvetica"/>
          <w:sz w:val="32"/>
          <w:szCs w:val="32"/>
        </w:rPr>
      </w:pPr>
      <w:r w:rsidRPr="000A592E">
        <w:rPr>
          <w:rFonts w:ascii="Helvetica" w:hAnsi="Helvetica"/>
          <w:sz w:val="32"/>
          <w:szCs w:val="32"/>
        </w:rPr>
        <w:t xml:space="preserve"> </w:t>
      </w:r>
    </w:p>
    <w:p w14:paraId="57C88C2B" w14:textId="77777777" w:rsidR="00F85493" w:rsidRPr="000A592E" w:rsidRDefault="00F85493" w:rsidP="00F85493">
      <w:pPr>
        <w:pStyle w:val="Heading2"/>
        <w:spacing w:before="120"/>
        <w:rPr>
          <w:rFonts w:ascii="Helvetica" w:hAnsi="Helvetica"/>
          <w:sz w:val="32"/>
          <w:szCs w:val="32"/>
        </w:rPr>
      </w:pPr>
    </w:p>
    <w:p w14:paraId="4CE64996" w14:textId="1E986788" w:rsidR="006D0D62" w:rsidRPr="000A592E" w:rsidRDefault="008F4355" w:rsidP="00F85493">
      <w:pPr>
        <w:pStyle w:val="Heading2"/>
        <w:spacing w:before="120"/>
        <w:rPr>
          <w:rFonts w:ascii="Helvetica" w:hAnsi="Helvetica"/>
          <w:sz w:val="32"/>
          <w:szCs w:val="32"/>
        </w:rPr>
      </w:pPr>
      <w:r w:rsidRPr="000A592E">
        <w:rPr>
          <w:rFonts w:ascii="Helvetica" w:hAnsi="Helvetica"/>
          <w:sz w:val="32"/>
          <w:szCs w:val="32"/>
        </w:rPr>
        <w:t xml:space="preserve">9. Do you live within 25 miles of Newcastle upon Tyne, or would you require accommodation? Tick </w:t>
      </w:r>
      <w:proofErr w:type="gramStart"/>
      <w:r w:rsidRPr="000A592E">
        <w:rPr>
          <w:rFonts w:ascii="Helvetica" w:hAnsi="Helvetica"/>
          <w:sz w:val="32"/>
          <w:szCs w:val="32"/>
        </w:rPr>
        <w:t>one.</w:t>
      </w:r>
      <w:r w:rsidR="00F85493" w:rsidRPr="000A592E">
        <w:rPr>
          <w:rFonts w:ascii="Helvetica" w:hAnsi="Helvetica"/>
          <w:sz w:val="32"/>
          <w:szCs w:val="32"/>
        </w:rPr>
        <w:t>*</w:t>
      </w:r>
      <w:proofErr w:type="gramEnd"/>
    </w:p>
    <w:p w14:paraId="39A1DA9B" w14:textId="77777777" w:rsidR="006D0D62" w:rsidRPr="000A592E" w:rsidRDefault="008F4355" w:rsidP="00F85493">
      <w:pPr>
        <w:spacing w:before="120" w:after="100"/>
        <w:ind w:left="317"/>
        <w:rPr>
          <w:rFonts w:ascii="Helvetica" w:hAnsi="Helvetica"/>
          <w:sz w:val="32"/>
          <w:szCs w:val="32"/>
        </w:rPr>
      </w:pPr>
      <w:proofErr w:type="gramStart"/>
      <w:r w:rsidRPr="000A592E">
        <w:rPr>
          <w:rFonts w:ascii="Segoe UI Symbol" w:hAnsi="Segoe UI Symbol" w:cs="Segoe UI Symbol"/>
          <w:sz w:val="32"/>
          <w:szCs w:val="32"/>
        </w:rPr>
        <w:t>☐</w:t>
      </w:r>
      <w:r w:rsidRPr="000A592E">
        <w:rPr>
          <w:rFonts w:ascii="Helvetica" w:hAnsi="Helvetica"/>
          <w:sz w:val="32"/>
          <w:szCs w:val="32"/>
        </w:rPr>
        <w:t xml:space="preserve">  I</w:t>
      </w:r>
      <w:proofErr w:type="gramEnd"/>
      <w:r w:rsidRPr="000A592E">
        <w:rPr>
          <w:rFonts w:ascii="Helvetica" w:hAnsi="Helvetica"/>
          <w:sz w:val="32"/>
          <w:szCs w:val="32"/>
        </w:rPr>
        <w:t xml:space="preserve"> live within 25 miles of Newcastle.</w:t>
      </w:r>
    </w:p>
    <w:p w14:paraId="114C415B" w14:textId="77777777" w:rsidR="006D0D62" w:rsidRPr="000A592E" w:rsidRDefault="008F4355" w:rsidP="00F85493">
      <w:pPr>
        <w:spacing w:before="120" w:after="100"/>
        <w:ind w:left="317"/>
        <w:rPr>
          <w:rFonts w:ascii="Helvetica" w:hAnsi="Helvetica"/>
          <w:sz w:val="32"/>
          <w:szCs w:val="32"/>
        </w:rPr>
      </w:pPr>
      <w:proofErr w:type="gramStart"/>
      <w:r w:rsidRPr="000A592E">
        <w:rPr>
          <w:rFonts w:ascii="Segoe UI Symbol" w:hAnsi="Segoe UI Symbol" w:cs="Segoe UI Symbol"/>
          <w:sz w:val="32"/>
          <w:szCs w:val="32"/>
        </w:rPr>
        <w:t>☐</w:t>
      </w:r>
      <w:r w:rsidRPr="000A592E">
        <w:rPr>
          <w:rFonts w:ascii="Helvetica" w:hAnsi="Helvetica"/>
          <w:sz w:val="32"/>
          <w:szCs w:val="32"/>
        </w:rPr>
        <w:t xml:space="preserve">  I</w:t>
      </w:r>
      <w:proofErr w:type="gramEnd"/>
      <w:r w:rsidRPr="000A592E">
        <w:rPr>
          <w:rFonts w:ascii="Helvetica" w:hAnsi="Helvetica"/>
          <w:sz w:val="32"/>
          <w:szCs w:val="32"/>
        </w:rPr>
        <w:t xml:space="preserve"> live further away and require accommodation.</w:t>
      </w:r>
    </w:p>
    <w:p w14:paraId="3573F9C1" w14:textId="77777777" w:rsidR="006D0D62" w:rsidRPr="000A592E" w:rsidRDefault="008F4355" w:rsidP="00F85493">
      <w:pPr>
        <w:spacing w:before="120" w:after="100"/>
        <w:ind w:left="317"/>
        <w:rPr>
          <w:rFonts w:ascii="Helvetica" w:hAnsi="Helvetica"/>
          <w:sz w:val="32"/>
          <w:szCs w:val="32"/>
        </w:rPr>
      </w:pPr>
      <w:proofErr w:type="gramStart"/>
      <w:r w:rsidRPr="000A592E">
        <w:rPr>
          <w:rFonts w:ascii="Segoe UI Symbol" w:hAnsi="Segoe UI Symbol" w:cs="Segoe UI Symbol"/>
          <w:sz w:val="32"/>
          <w:szCs w:val="32"/>
        </w:rPr>
        <w:t>☐</w:t>
      </w:r>
      <w:r w:rsidRPr="000A592E">
        <w:rPr>
          <w:rFonts w:ascii="Helvetica" w:hAnsi="Helvetica"/>
          <w:sz w:val="32"/>
          <w:szCs w:val="32"/>
        </w:rPr>
        <w:t xml:space="preserve">  I</w:t>
      </w:r>
      <w:proofErr w:type="gramEnd"/>
      <w:r w:rsidRPr="000A592E">
        <w:rPr>
          <w:rFonts w:ascii="Helvetica" w:hAnsi="Helvetica"/>
          <w:sz w:val="32"/>
          <w:szCs w:val="32"/>
        </w:rPr>
        <w:t xml:space="preserve"> live further away and do not require accommodation.</w:t>
      </w:r>
    </w:p>
    <w:p w14:paraId="75497848" w14:textId="77777777" w:rsidR="00F85493" w:rsidRPr="000A592E" w:rsidRDefault="00F85493" w:rsidP="00F85493">
      <w:pPr>
        <w:pStyle w:val="Heading2"/>
        <w:spacing w:before="120"/>
        <w:rPr>
          <w:rFonts w:ascii="Helvetica" w:hAnsi="Helvetica"/>
          <w:sz w:val="32"/>
          <w:szCs w:val="32"/>
        </w:rPr>
      </w:pPr>
    </w:p>
    <w:p w14:paraId="3D4135B5" w14:textId="5C279344" w:rsidR="006D0D62" w:rsidRPr="000A592E" w:rsidRDefault="008F4355" w:rsidP="00F85493">
      <w:pPr>
        <w:pStyle w:val="Heading2"/>
        <w:spacing w:before="120"/>
        <w:rPr>
          <w:rFonts w:ascii="Helvetica" w:hAnsi="Helvetica"/>
          <w:sz w:val="32"/>
          <w:szCs w:val="32"/>
        </w:rPr>
      </w:pPr>
      <w:r w:rsidRPr="000A592E">
        <w:rPr>
          <w:rFonts w:ascii="Helvetica" w:hAnsi="Helvetica"/>
          <w:sz w:val="32"/>
          <w:szCs w:val="32"/>
        </w:rPr>
        <w:t xml:space="preserve">10. Did you attend </w:t>
      </w:r>
      <w:proofErr w:type="gramStart"/>
      <w:r w:rsidRPr="000A592E">
        <w:rPr>
          <w:rFonts w:ascii="Helvetica" w:hAnsi="Helvetica"/>
          <w:sz w:val="32"/>
          <w:szCs w:val="32"/>
        </w:rPr>
        <w:t>Access:Given</w:t>
      </w:r>
      <w:proofErr w:type="gramEnd"/>
      <w:r w:rsidRPr="000A592E">
        <w:rPr>
          <w:rFonts w:ascii="Helvetica" w:hAnsi="Helvetica"/>
          <w:sz w:val="32"/>
          <w:szCs w:val="32"/>
        </w:rPr>
        <w:t xml:space="preserve"> 2025? Tick </w:t>
      </w:r>
      <w:proofErr w:type="gramStart"/>
      <w:r w:rsidRPr="000A592E">
        <w:rPr>
          <w:rFonts w:ascii="Helvetica" w:hAnsi="Helvetica"/>
          <w:sz w:val="32"/>
          <w:szCs w:val="32"/>
        </w:rPr>
        <w:t>one.</w:t>
      </w:r>
      <w:r w:rsidR="00F85493" w:rsidRPr="000A592E">
        <w:rPr>
          <w:rFonts w:ascii="Helvetica" w:hAnsi="Helvetica"/>
          <w:sz w:val="32"/>
          <w:szCs w:val="32"/>
        </w:rPr>
        <w:t>*</w:t>
      </w:r>
      <w:proofErr w:type="gramEnd"/>
    </w:p>
    <w:p w14:paraId="09B63D5E" w14:textId="77777777" w:rsidR="006D0D62" w:rsidRPr="000A592E" w:rsidRDefault="008F4355" w:rsidP="00F85493">
      <w:pPr>
        <w:spacing w:before="120" w:after="100"/>
        <w:ind w:left="317"/>
        <w:rPr>
          <w:rFonts w:ascii="Helvetica" w:hAnsi="Helvetica"/>
          <w:sz w:val="32"/>
          <w:szCs w:val="32"/>
        </w:rPr>
      </w:pPr>
      <w:proofErr w:type="gramStart"/>
      <w:r w:rsidRPr="000A592E">
        <w:rPr>
          <w:rFonts w:ascii="Segoe UI Symbol" w:hAnsi="Segoe UI Symbol" w:cs="Segoe UI Symbol"/>
          <w:sz w:val="32"/>
          <w:szCs w:val="32"/>
        </w:rPr>
        <w:t>☐</w:t>
      </w:r>
      <w:r w:rsidRPr="000A592E">
        <w:rPr>
          <w:rFonts w:ascii="Helvetica" w:hAnsi="Helvetica"/>
          <w:sz w:val="32"/>
          <w:szCs w:val="32"/>
        </w:rPr>
        <w:t xml:space="preserve">  Yes</w:t>
      </w:r>
      <w:proofErr w:type="gramEnd"/>
    </w:p>
    <w:p w14:paraId="2F5D061B" w14:textId="77777777" w:rsidR="006D0D62" w:rsidRPr="000A592E" w:rsidRDefault="008F4355" w:rsidP="00F85493">
      <w:pPr>
        <w:spacing w:before="120" w:after="100"/>
        <w:ind w:left="317"/>
        <w:rPr>
          <w:rFonts w:ascii="Helvetica" w:hAnsi="Helvetica"/>
          <w:sz w:val="32"/>
          <w:szCs w:val="32"/>
        </w:rPr>
      </w:pPr>
      <w:proofErr w:type="gramStart"/>
      <w:r w:rsidRPr="000A592E">
        <w:rPr>
          <w:rFonts w:ascii="Segoe UI Symbol" w:hAnsi="Segoe UI Symbol" w:cs="Segoe UI Symbol"/>
          <w:sz w:val="32"/>
          <w:szCs w:val="32"/>
        </w:rPr>
        <w:t>☐</w:t>
      </w:r>
      <w:r w:rsidRPr="000A592E">
        <w:rPr>
          <w:rFonts w:ascii="Helvetica" w:hAnsi="Helvetica"/>
          <w:sz w:val="32"/>
          <w:szCs w:val="32"/>
        </w:rPr>
        <w:t xml:space="preserve">  No</w:t>
      </w:r>
      <w:proofErr w:type="gramEnd"/>
    </w:p>
    <w:sectPr w:rsidR="006D0D62" w:rsidRPr="000A592E" w:rsidSect="00034616">
      <w:pgSz w:w="12240" w:h="15840"/>
      <w:pgMar w:top="1080" w:right="1224" w:bottom="1008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5000785B" w:usb2="00000000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65712648">
    <w:abstractNumId w:val="8"/>
  </w:num>
  <w:num w:numId="2" w16cid:durableId="1076048581">
    <w:abstractNumId w:val="6"/>
  </w:num>
  <w:num w:numId="3" w16cid:durableId="603617101">
    <w:abstractNumId w:val="5"/>
  </w:num>
  <w:num w:numId="4" w16cid:durableId="902059369">
    <w:abstractNumId w:val="4"/>
  </w:num>
  <w:num w:numId="5" w16cid:durableId="705183600">
    <w:abstractNumId w:val="7"/>
  </w:num>
  <w:num w:numId="6" w16cid:durableId="267275991">
    <w:abstractNumId w:val="3"/>
  </w:num>
  <w:num w:numId="7" w16cid:durableId="1825848986">
    <w:abstractNumId w:val="2"/>
  </w:num>
  <w:num w:numId="8" w16cid:durableId="484401253">
    <w:abstractNumId w:val="1"/>
  </w:num>
  <w:num w:numId="9" w16cid:durableId="6454771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A592E"/>
    <w:rsid w:val="0015074B"/>
    <w:rsid w:val="0029639D"/>
    <w:rsid w:val="00326F90"/>
    <w:rsid w:val="005238FF"/>
    <w:rsid w:val="00550386"/>
    <w:rsid w:val="006D0D62"/>
    <w:rsid w:val="008F4355"/>
    <w:rsid w:val="00A16652"/>
    <w:rsid w:val="00AA1D8D"/>
    <w:rsid w:val="00B47730"/>
    <w:rsid w:val="00B622A2"/>
    <w:rsid w:val="00CB0664"/>
    <w:rsid w:val="00F85493"/>
    <w:rsid w:val="00FC693F"/>
    <w:rsid w:val="00FC6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83052D1A-C982-4452-B674-14EDAB071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color w:val="141414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100"/>
      <w:outlineLvl w:val="1"/>
    </w:pPr>
    <w:rPr>
      <w:rFonts w:asciiTheme="majorHAnsi" w:eastAsiaTheme="majorEastAsia" w:hAnsiTheme="majorHAnsi" w:cstheme="majorBidi"/>
      <w:b/>
      <w:bCs/>
      <w:color w:val="00000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before="260" w:after="1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Ellen Forster</cp:lastModifiedBy>
  <cp:revision>2</cp:revision>
  <dcterms:created xsi:type="dcterms:W3CDTF">2026-09-30T10:39:00Z</dcterms:created>
  <dcterms:modified xsi:type="dcterms:W3CDTF">2026-09-30T10:39:00Z</dcterms:modified>
  <cp:category/>
</cp:coreProperties>
</file>